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right" w:pos="7260" w:leader="none"/>
        </w:tabs>
        <w:spacing w:lineRule="auto" w:line="240" w:before="0" w:after="0"/>
        <w:jc w:val="right"/>
        <w:rPr>
          <w:rFonts w:ascii="Calibri" w:hAnsi="Calibri"/>
          <w:b w:val="false"/>
          <w:b w:val="false"/>
          <w:bCs w:val="false"/>
          <w:i/>
          <w:i/>
          <w:iCs/>
          <w:sz w:val="22"/>
          <w:szCs w:val="22"/>
        </w:rPr>
      </w:pPr>
      <w:r>
        <w:rPr>
          <w:rFonts w:cs="Calibri" w:ascii="Calibri" w:hAnsi="Calibri"/>
          <w:b w:val="false"/>
          <w:bCs w:val="false"/>
          <w:i/>
          <w:iCs/>
          <w:spacing w:val="10"/>
          <w:sz w:val="22"/>
          <w:szCs w:val="22"/>
        </w:rPr>
        <w:t xml:space="preserve">Allegato A alla Deliberazione di Giunta Comunale n. </w:t>
      </w:r>
      <w:r>
        <w:rPr>
          <w:rFonts w:cs="Calibri" w:ascii="Calibri" w:hAnsi="Calibri"/>
          <w:b w:val="false"/>
          <w:bCs w:val="false"/>
          <w:i/>
          <w:iCs/>
          <w:spacing w:val="10"/>
          <w:sz w:val="22"/>
          <w:szCs w:val="22"/>
        </w:rPr>
        <w:t>221</w:t>
      </w:r>
      <w:r>
        <w:rPr>
          <w:rFonts w:cs="Calibri" w:ascii="Calibri" w:hAnsi="Calibri"/>
          <w:b w:val="false"/>
          <w:bCs w:val="false"/>
          <w:i/>
          <w:iCs/>
          <w:spacing w:val="10"/>
          <w:sz w:val="22"/>
          <w:szCs w:val="22"/>
        </w:rPr>
        <w:t xml:space="preserve"> del </w:t>
      </w:r>
      <w:r>
        <w:rPr>
          <w:rFonts w:cs="Calibri" w:ascii="Calibri" w:hAnsi="Calibri"/>
          <w:b w:val="false"/>
          <w:bCs w:val="false"/>
          <w:i/>
          <w:iCs/>
          <w:spacing w:val="10"/>
          <w:sz w:val="22"/>
          <w:szCs w:val="22"/>
        </w:rPr>
        <w:t>14.10.2026</w:t>
      </w:r>
    </w:p>
    <w:p>
      <w:pPr>
        <w:pStyle w:val="Normal"/>
        <w:tabs>
          <w:tab w:val="clear" w:pos="720"/>
          <w:tab w:val="right" w:pos="7260" w:leader="none"/>
        </w:tabs>
        <w:spacing w:lineRule="auto" w:line="240" w:before="0" w:after="0"/>
        <w:jc w:val="center"/>
        <w:rPr>
          <w:rFonts w:cs="Calibri"/>
          <w:b/>
          <w:b/>
          <w:spacing w:val="10"/>
        </w:rPr>
      </w:pPr>
      <w:r>
        <w:rPr>
          <w:rFonts w:cs="Calibri"/>
          <w:b/>
          <w:spacing w:val="10"/>
        </w:rPr>
      </w:r>
    </w:p>
    <w:p>
      <w:pPr>
        <w:pStyle w:val="Normal"/>
        <w:tabs>
          <w:tab w:val="clear" w:pos="720"/>
          <w:tab w:val="right" w:pos="7260" w:leader="none"/>
        </w:tabs>
        <w:spacing w:lineRule="auto" w:line="240" w:before="0" w:after="0"/>
        <w:jc w:val="center"/>
        <w:rPr>
          <w:rFonts w:cs="Calibri"/>
          <w:b/>
          <w:b/>
          <w:spacing w:val="10"/>
        </w:rPr>
      </w:pPr>
      <w:r>
        <w:rPr>
          <w:rFonts w:cs="Calibri"/>
          <w:b/>
          <w:spacing w:val="10"/>
        </w:rPr>
      </w:r>
    </w:p>
    <w:p>
      <w:pPr>
        <w:pStyle w:val="Normal"/>
        <w:tabs>
          <w:tab w:val="clear" w:pos="720"/>
          <w:tab w:val="right" w:pos="7260" w:leader="none"/>
        </w:tabs>
        <w:spacing w:lineRule="auto" w:line="240" w:before="0" w:after="0"/>
        <w:jc w:val="center"/>
        <w:rPr>
          <w:rFonts w:cs="Calibri"/>
          <w:b/>
          <w:b/>
          <w:spacing w:val="10"/>
        </w:rPr>
      </w:pPr>
      <w:r>
        <w:rPr>
          <w:rFonts w:cs="Calibri"/>
          <w:b/>
          <w:spacing w:val="10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56"/>
          <w:szCs w:val="5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-205105</wp:posOffset>
                </wp:positionH>
                <wp:positionV relativeFrom="paragraph">
                  <wp:posOffset>-271145</wp:posOffset>
                </wp:positionV>
                <wp:extent cx="1227455" cy="1066165"/>
                <wp:effectExtent l="0" t="0" r="0" b="0"/>
                <wp:wrapNone/>
                <wp:docPr id="1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80" cy="106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pBdr>
                                <w:right w:val="single" w:sz="4" w:space="5" w:color="000000"/>
                              </w:pBdr>
                              <w:spacing w:before="0" w:after="16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769620" cy="771525"/>
                                  <wp:effectExtent l="0" t="0" r="0" b="0"/>
                                  <wp:docPr id="3" name="Immagine 3" descr="Descrizione: Descrizione: Descrizione: Ariano_Irpino-Stemma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magine 3" descr="Descrizione: Descrizione: Descrizione: Ariano_Irpino-Stemma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9620" cy="771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f" o:allowincell="f" style="position:absolute;margin-left:-16.15pt;margin-top:-21.35pt;width:96.55pt;height:83.85pt;mso-wrap-style:none;v-text-anchor:middle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pBdr>
                          <w:right w:val="single" w:sz="4" w:space="5" w:color="000000"/>
                        </w:pBdr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769620" cy="771525"/>
                            <wp:effectExtent l="0" t="0" r="0" b="0"/>
                            <wp:docPr id="4" name="Immagine 3" descr="Descrizione: Descrizione: Descrizione: Ariano_Irpino-Stemma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magine 3" descr="Descrizione: Descrizione: Descrizione: Ariano_Irpino-Stemma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9620" cy="7715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/>
          <w:b/>
          <w:spacing w:val="10"/>
          <w:sz w:val="56"/>
          <w:szCs w:val="56"/>
        </w:rPr>
        <w:t xml:space="preserve">CITTÀ DI </w:t>
      </w:r>
      <w:r>
        <w:rPr>
          <w:rFonts w:cs="Calibri" w:ascii="Calibri" w:hAnsi="Calibri"/>
          <w:b/>
          <w:bCs/>
          <w:spacing w:val="10"/>
          <w:sz w:val="56"/>
          <w:szCs w:val="56"/>
        </w:rPr>
        <w:t>ARIANO IRPINO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i/>
          <w:i/>
          <w:iCs/>
        </w:rPr>
      </w:pPr>
      <w:r>
        <w:rPr>
          <w:rFonts w:cs="Calibri" w:ascii="Calibri" w:hAnsi="Calibri"/>
          <w:i/>
          <w:iCs/>
          <w:sz w:val="28"/>
          <w:szCs w:val="28"/>
        </w:rPr>
        <w:t>Provincia di Avellino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i w:val="false"/>
          <w:i w:val="false"/>
          <w:iCs w:val="false"/>
          <w:sz w:val="28"/>
          <w:szCs w:val="28"/>
        </w:rPr>
      </w:pPr>
      <w:r>
        <w:rPr>
          <w:rFonts w:cs="Calibri" w:ascii="Calibri" w:hAnsi="Calibri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i w:val="false"/>
          <w:i w:val="false"/>
          <w:iCs w:val="false"/>
          <w:sz w:val="28"/>
          <w:szCs w:val="28"/>
        </w:rPr>
      </w:pPr>
      <w:r>
        <w:rPr>
          <w:rFonts w:cs="Calibri" w:ascii="Calibri" w:hAnsi="Calibri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i w:val="false"/>
          <w:i w:val="false"/>
          <w:iCs w:val="false"/>
          <w:sz w:val="28"/>
          <w:szCs w:val="28"/>
        </w:rPr>
      </w:pPr>
      <w:r>
        <w:rPr>
          <w:rFonts w:cs="Calibri" w:ascii="Calibri" w:hAnsi="Calibri"/>
          <w:i w:val="false"/>
          <w:iCs w:val="false"/>
          <w:sz w:val="28"/>
          <w:szCs w:val="28"/>
        </w:rPr>
      </w:r>
    </w:p>
    <w:p>
      <w:pPr>
        <w:pStyle w:val="Normal"/>
        <w:jc w:val="center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MODELLO DI DOMANDA</w:t>
      </w:r>
    </w:p>
    <w:p>
      <w:pPr>
        <w:pStyle w:val="Normal"/>
        <w:jc w:val="center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AVVISO PUBBLICO “EVENTI E MANIFESTAZIONI NATALE ARIANESE 2026”</w:t>
      </w:r>
    </w:p>
    <w:p>
      <w:pPr>
        <w:pStyle w:val="Normal"/>
        <w:jc w:val="center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(Periodo dicembre 2026 / gennaio 2027)</w:t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AL SIGNOR SINDACO</w:t>
      </w:r>
    </w:p>
    <w:p>
      <w:pPr>
        <w:pStyle w:val="Normal"/>
        <w:spacing w:lineRule="auto" w:line="240" w:before="0" w:after="0"/>
        <w:jc w:val="righ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COMUNE DI ARIANO IRPINO</w:t>
      </w:r>
    </w:p>
    <w:p>
      <w:pPr>
        <w:pStyle w:val="Normal"/>
        <w:spacing w:lineRule="auto" w:line="240" w:before="0" w:after="0"/>
        <w:jc w:val="righ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PIAZZA PLEBISCITO</w:t>
      </w:r>
    </w:p>
    <w:p>
      <w:pPr>
        <w:pStyle w:val="Normal"/>
        <w:spacing w:lineRule="auto" w:line="240" w:before="0" w:after="0"/>
        <w:jc w:val="righ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83031 ARIANO IRPINO (AV)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widowControl/>
        <w:tabs>
          <w:tab w:val="clear" w:pos="720"/>
          <w:tab w:val="left" w:pos="1080" w:leader="none"/>
        </w:tabs>
        <w:bidi w:val="0"/>
        <w:spacing w:lineRule="auto" w:line="276" w:before="0" w:after="200"/>
        <w:ind w:left="1077" w:right="0" w:hanging="10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OGGETTO: AVVISO PUBBLICO "EVENTI E MANIFESTAZIONI NATALE ARIANESE 2026" – RICHIESTA INSERIMENTO IN PROGRAMMA, CONCESSIONE PATROCINIO ED EVENTUALE CONTRIBUTO ECONOMICO.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left"/>
        <w:rPr/>
      </w:pPr>
      <w:r>
        <w:rPr>
          <w:rFonts w:ascii="Calibri" w:hAnsi="Calibri"/>
        </w:rPr>
        <w:t>Il/La sottoscritto/a ____________________________________________________, nato/a a _______________________ il _______________, residente a ________________________ in Via ______________________________________________, C.F. _______________________________, in qualità di Legale Rappresentante dell’Associazione / Ente del Terzo Settore denominato/a:</w:t>
      </w:r>
    </w:p>
    <w:p>
      <w:pPr>
        <w:pStyle w:val="Normal"/>
        <w:jc w:val="left"/>
        <w:rPr/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Denominazione: __________________________________________________________________</w:t>
      </w:r>
    </w:p>
    <w:p>
      <w:pPr>
        <w:pStyle w:val="Normal"/>
        <w:jc w:val="left"/>
        <w:rPr/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Sede legale: Comune di ______________________ Prov. (____) Cap _________ Via _______________________________________________________ n. _____</w:t>
      </w:r>
    </w:p>
    <w:p>
      <w:pPr>
        <w:pStyle w:val="Normal"/>
        <w:jc w:val="left"/>
        <w:rPr/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Codice Fiscale: ___________________________ Partita I.V.A.: ______________________________</w:t>
      </w:r>
    </w:p>
    <w:p>
      <w:pPr>
        <w:pStyle w:val="Normal"/>
        <w:jc w:val="left"/>
        <w:rPr/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Telefono: ___________________________ E-mail: _______________________________________</w:t>
      </w:r>
    </w:p>
    <w:p>
      <w:pPr>
        <w:pStyle w:val="Normal"/>
        <w:jc w:val="left"/>
        <w:rPr/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PEC: _____________________________________________________________________________</w:t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  <w:b/>
          <w:color w:val="000000"/>
          <w:sz w:val="22"/>
        </w:rPr>
        <w:t>CHIEDE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1. L’inserimento dell'iniziativa/manifestazione denominata: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________________________________________________________________________________ nel programma ufficiale del Natale Arianese 2026 (periodo dicembre 2026 / gennaio 2027).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2. La concessione del Patrocinio del Comune di Ariano Irpino.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3. La concessione di un contributo economico quantificato in € ___________________ (fino alla concorrenza massima dell'80% della spesa prevista, o secondo le modalità previste dall’art. 3 dell’avviso) e tal fine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DICHIARA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3.1. Che tale iniziativa non fruisce di entrate a qualsiasi titolo (sponsorizzazioni, altri contributi pubblici, somministrazione a pagamento di alimenti e bevande, bigliettazione per l’ingresso).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4. La concessione dei seguenti vantaggi e agevolazioni economiche (art. 5 dell’avviso):</w:t>
      </w:r>
    </w:p>
    <w:p>
      <w:pPr>
        <w:pStyle w:val="Normal"/>
        <w:jc w:val="left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[  ] Utilizzo a tariffa ridotta di sale e spazi comunali: __________________________________________</w:t>
      </w:r>
    </w:p>
    <w:p>
      <w:pPr>
        <w:pStyle w:val="Normal"/>
        <w:jc w:val="left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[  ] Utilizzo gratuito di sale e spazi comunali: ________________________________________________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[  ] Concessione gratuita di materiali e beni comunali (es. sedie, tavoli, palco): ____________________</w:t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  <w:b/>
          <w:color w:val="000000"/>
          <w:sz w:val="22"/>
        </w:rPr>
        <w:t>DICHIARA E ALLEGA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A tal fine, consapevole delle responsabilità civili e penali in caso di dichiarazioni mendaci, il sottoscritto dichiara di aver preso visione dell’avviso pubblico e di accettarne integralmente tutte le condizioni, trasmettendo contestualmente la documentazione obbligatoria: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1. Relazione illustrativa dell’iniziativa, definendone contenuti, fini, tempi, individuazione degli spazi e modalità di svolgimento.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2. Piano finanziario dettagliato dell’iniziativa, con l'indicazione delle voci di spesa, di eventuali entrate e del contributo richiesto.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3. Copia dell’Atto Costitutivo e dello Statuto (se non ancora in possesso del Comune).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4. Elenco nominativo delle cariche sociali con i relativi recapiti (se non ancora in possesso del Comune).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b/>
          <w:color w:val="000000"/>
          <w:sz w:val="22"/>
        </w:rPr>
        <w:t>COORDINATE BANCARIE PER L'EVENTUALE LIQUIDAZIONE DEL CONTRIBUTO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Ai fini dell’eventuale liquidazione del contributo, si comunicano i dati del conto corrente bancario o postale espressamente intestato al soggetto richiedente: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Istituto di Credito / Poste: ______________________________________________________________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Codice IBAN: _________________________________________________________________________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color w:val="000000"/>
          <w:sz w:val="22"/>
        </w:rPr>
        <w:t>PRESA ATTO DEGLI OBBLIGHI E DELLE RESPONSABILITÀ (Artt. 6, 7 e 8 dell’Avviso)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Il sottoscritto dichiara inoltre di essere a conoscenza e di impegnarsi al rispetto di quanto segue: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L’organizzazione e la gestione delle iniziative sono a totale carico dell’associazione, la quale si impegna a munirsi di tutte le autorizzazioni necessarie, esonerando espressamente l’Amministrazione Comunale da ogni responsabilità civile, penale e patrimoniale.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È fatto obbligo di rispettare rigorosamente le norme in materia di affluenza di pubblico, sicurezza, antincendio, igiene, pubblici spettacoli, impatto acustico e disposizioni di P.S..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Il pagamento degli oneri SIAE (se dovuti) sarà effettuato direttamente dall’associazione organizzatrice, potendo inserire tale spesa nel piano finanziario ai fini della rendicontazione.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In tutte le forme di pubblicizzazione dell'iniziativa sarà fatta risaltare la dicitura “con il Patrocinio del Comune di Ariano Irpino” e/o “con il contributo del Comune di Ariano Irpino”, pena lo stralcio dei vantaggi o contributi concessi.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 xml:space="preserve">• </w:t>
      </w:r>
      <w:r>
        <w:rPr>
          <w:rFonts w:ascii="Calibri" w:hAnsi="Calibri"/>
        </w:rPr>
        <w:t>Il rendiconto dettagliato delle spese sostenute, accompagnato da fatture o scontrini fiscali e da apposita dichiarazione di veridicità, sarà presentato entro 60 giorni dal termine della manifestazione.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200"/>
        <w:jc w:val="right"/>
        <w:rPr>
          <w:rFonts w:ascii="Calibri" w:hAnsi="Calibri"/>
        </w:rPr>
      </w:pPr>
      <w:r>
        <w:rPr>
          <w:rFonts w:ascii="Calibri" w:hAnsi="Calibri"/>
        </w:rPr>
        <w:t>Luogo e Data, _________________________________</w:t>
        <w:br/>
        <w:br/>
        <w:br/>
        <w:t>Il Legale Rappresentante</w:t>
        <w:br/>
        <w:t>_____________________________________________</w:t>
        <w:br/>
        <w:t>(Firma digitale o firma autografa leggibile)</w:t>
      </w:r>
    </w:p>
    <w:sectPr>
      <w:type w:val="nextPage"/>
      <w:pgSz w:w="12240" w:h="15840"/>
      <w:pgMar w:left="1440" w:right="1440" w:gutter="0" w:header="0" w:top="48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LibreOffice/7.2.7.2$Windows_X86_64 LibreOffice_project/8d71d29d553c0f7dcbfa38fbfda25ee34cce99a2</Application>
  <AppVersion>15.0000</AppVersion>
  <Pages>3</Pages>
  <Words>594</Words>
  <Characters>4439</Characters>
  <CharactersWithSpaces>5003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2026-10-15T17:17:49Z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